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2473"/>
        <w:gridCol w:w="2474"/>
        <w:gridCol w:w="2642"/>
        <w:gridCol w:w="624"/>
        <w:gridCol w:w="2048"/>
        <w:gridCol w:w="109"/>
      </w:tblGrid>
      <w:tr w:rsidR="00605CAC" w14:paraId="32ACFDE5" w14:textId="77777777">
        <w:tc>
          <w:tcPr>
            <w:tcW w:w="83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EEAD" w14:textId="77777777" w:rsidR="00605CAC" w:rsidRPr="007D5511" w:rsidRDefault="00000000">
            <w:pPr>
              <w:spacing w:after="20"/>
              <w:rPr>
                <w:lang w:val="pl-PL"/>
              </w:rPr>
            </w:pPr>
            <w:r w:rsidRPr="007D5511">
              <w:rPr>
                <w:b/>
                <w:color w:val="C40000"/>
                <w:lang w:val="pl-PL"/>
              </w:rPr>
              <w:t>RC BERUŠKA STRAKONICE</w:t>
            </w:r>
          </w:p>
          <w:p w14:paraId="01BF1D98" w14:textId="6F6720A1" w:rsidR="00605CAC" w:rsidRPr="007D5511" w:rsidRDefault="00000000">
            <w:pPr>
              <w:spacing w:after="40"/>
              <w:rPr>
                <w:lang w:val="pl-PL"/>
              </w:rPr>
            </w:pPr>
            <w:r w:rsidRPr="007D5511">
              <w:rPr>
                <w:b/>
                <w:sz w:val="48"/>
                <w:lang w:val="pl-PL"/>
              </w:rPr>
              <w:t xml:space="preserve">PROGRAM • </w:t>
            </w:r>
            <w:r w:rsidR="008E2E18">
              <w:rPr>
                <w:b/>
                <w:sz w:val="48"/>
                <w:lang w:val="pl-PL"/>
              </w:rPr>
              <w:t>ŘÍJEN</w:t>
            </w:r>
            <w:r w:rsidRPr="007D5511">
              <w:rPr>
                <w:b/>
                <w:sz w:val="48"/>
                <w:lang w:val="pl-PL"/>
              </w:rPr>
              <w:t xml:space="preserve"> 2026</w:t>
            </w:r>
          </w:p>
          <w:p w14:paraId="1BDF1348" w14:textId="77777777" w:rsidR="00605CAC" w:rsidRDefault="00000000">
            <w:r>
              <w:rPr>
                <w:b/>
                <w:color w:val="9C0000"/>
                <w:sz w:val="23"/>
              </w:rPr>
              <w:t>Pravidelný týdenní program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7A70" w14:textId="77777777" w:rsidR="00605CAC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115474D" wp14:editId="085D2DEB">
                  <wp:extent cx="900000" cy="672119"/>
                  <wp:effectExtent l="0" t="0" r="0" b="0"/>
                  <wp:docPr id="1" name="Picture 1" descr="Logo Rodinného centra Beruška Strakonice" title="RC Beruška Strakon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uska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7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CAC" w14:paraId="1621BA06" w14:textId="77777777">
        <w:trPr>
          <w:gridAfter w:val="1"/>
          <w:wAfter w:w="110" w:type="dxa"/>
        </w:trPr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BE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95008D" w14:textId="77777777" w:rsidR="00605CAC" w:rsidRDefault="00000000">
            <w:pPr>
              <w:spacing w:after="40"/>
              <w:jc w:val="center"/>
            </w:pPr>
            <w:r>
              <w:rPr>
                <w:b/>
                <w:color w:val="9C0000"/>
                <w:sz w:val="16"/>
              </w:rPr>
              <w:t>VSTUPNÉ</w:t>
            </w:r>
          </w:p>
          <w:p w14:paraId="3C42EA34" w14:textId="77777777" w:rsidR="00605CAC" w:rsidRDefault="00000000">
            <w:pPr>
              <w:jc w:val="center"/>
            </w:pPr>
            <w:r>
              <w:rPr>
                <w:b/>
                <w:sz w:val="17"/>
              </w:rPr>
              <w:t>120 Kč / dospělý</w:t>
            </w:r>
            <w:r>
              <w:rPr>
                <w:b/>
                <w:sz w:val="17"/>
              </w:rPr>
              <w:br/>
              <w:t>děti zdarma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BE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E1FA395" w14:textId="77777777" w:rsidR="00605CAC" w:rsidRPr="007D5511" w:rsidRDefault="00000000">
            <w:pPr>
              <w:spacing w:after="40"/>
              <w:jc w:val="center"/>
              <w:rPr>
                <w:lang w:val="pl-PL"/>
              </w:rPr>
            </w:pPr>
            <w:r w:rsidRPr="007D5511">
              <w:rPr>
                <w:b/>
                <w:color w:val="9C0000"/>
                <w:sz w:val="16"/>
                <w:lang w:val="pl-PL"/>
              </w:rPr>
              <w:t>ČLENSTVÍ</w:t>
            </w:r>
          </w:p>
          <w:p w14:paraId="4ED36B09" w14:textId="77777777" w:rsidR="00605CAC" w:rsidRPr="007D5511" w:rsidRDefault="00000000">
            <w:pPr>
              <w:jc w:val="center"/>
              <w:rPr>
                <w:lang w:val="pl-PL"/>
              </w:rPr>
            </w:pPr>
            <w:r w:rsidRPr="007D5511">
              <w:rPr>
                <w:b/>
                <w:sz w:val="17"/>
                <w:lang w:val="pl-PL"/>
              </w:rPr>
              <w:t>1 200 Kč / 6 měsíců</w:t>
            </w:r>
            <w:r w:rsidRPr="007D5511">
              <w:rPr>
                <w:b/>
                <w:sz w:val="17"/>
                <w:lang w:val="pl-PL"/>
              </w:rPr>
              <w:br/>
              <w:t>běžné programy zdarma</w:t>
            </w:r>
          </w:p>
        </w:tc>
        <w:tc>
          <w:tcPr>
            <w:tcW w:w="26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CEBE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BE254B" w14:textId="77777777" w:rsidR="00605CAC" w:rsidRPr="007D5511" w:rsidRDefault="00000000">
            <w:pPr>
              <w:spacing w:after="40"/>
              <w:jc w:val="center"/>
              <w:rPr>
                <w:lang w:val="pl-PL"/>
              </w:rPr>
            </w:pPr>
            <w:r w:rsidRPr="007D5511">
              <w:rPr>
                <w:b/>
                <w:color w:val="9C0000"/>
                <w:sz w:val="16"/>
                <w:lang w:val="pl-PL"/>
              </w:rPr>
              <w:t>BEZ PŘIHLÁŠENÍ</w:t>
            </w:r>
          </w:p>
          <w:p w14:paraId="5CA96CBC" w14:textId="77777777" w:rsidR="00605CAC" w:rsidRPr="007D5511" w:rsidRDefault="00000000">
            <w:pPr>
              <w:jc w:val="center"/>
              <w:rPr>
                <w:lang w:val="pl-PL"/>
              </w:rPr>
            </w:pPr>
            <w:r w:rsidRPr="007D5511">
              <w:rPr>
                <w:b/>
                <w:sz w:val="17"/>
                <w:lang w:val="pl-PL"/>
              </w:rPr>
              <w:t>herna a běžné programy</w:t>
            </w:r>
          </w:p>
        </w:tc>
        <w:tc>
          <w:tcPr>
            <w:tcW w:w="270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40000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ABD54DE" w14:textId="77777777" w:rsidR="00605CAC" w:rsidRDefault="00000000">
            <w:pPr>
              <w:spacing w:after="40"/>
              <w:jc w:val="center"/>
            </w:pPr>
            <w:r>
              <w:rPr>
                <w:b/>
                <w:color w:val="FFFFFF"/>
                <w:sz w:val="16"/>
              </w:rPr>
              <w:t>ZAVŘENO</w:t>
            </w:r>
          </w:p>
          <w:p w14:paraId="7C6DAA0D" w14:textId="10B7F7D8" w:rsidR="00605CAC" w:rsidRDefault="007D5511">
            <w:pPr>
              <w:jc w:val="center"/>
            </w:pPr>
            <w:r>
              <w:rPr>
                <w:b/>
                <w:color w:val="FFFFFF"/>
                <w:sz w:val="17"/>
              </w:rPr>
              <w:t>středa 28. 10.</w:t>
            </w:r>
            <w:r>
              <w:rPr>
                <w:b/>
                <w:color w:val="FFFFFF"/>
                <w:sz w:val="17"/>
              </w:rPr>
              <w:br/>
              <w:t>státní svátek</w:t>
            </w:r>
          </w:p>
        </w:tc>
      </w:tr>
    </w:tbl>
    <w:p w14:paraId="26EA310D" w14:textId="77777777" w:rsidR="00605CAC" w:rsidRDefault="00000000">
      <w:pPr>
        <w:keepNext/>
        <w:pBdr>
          <w:bottom w:val="single" w:sz="12" w:space="4" w:color="C40000"/>
        </w:pBdr>
        <w:spacing w:before="160" w:after="100"/>
      </w:pPr>
      <w:r>
        <w:rPr>
          <w:b/>
          <w:color w:val="C40000"/>
          <w:sz w:val="30"/>
        </w:rPr>
        <w:t>PRAVIDELNÝ PROGRAM</w:t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650"/>
        <w:gridCol w:w="1500"/>
        <w:gridCol w:w="2850"/>
        <w:gridCol w:w="5370"/>
      </w:tblGrid>
      <w:tr w:rsidR="00605CAC" w14:paraId="0EE1CCFD" w14:textId="77777777">
        <w:trPr>
          <w:tblHeader/>
        </w:trPr>
        <w:tc>
          <w:tcPr>
            <w:tcW w:w="650" w:type="dxa"/>
            <w:tcBorders>
              <w:top w:val="single" w:sz="6" w:space="0" w:color="C40000"/>
              <w:left w:val="single" w:sz="6" w:space="0" w:color="FFFFFF"/>
              <w:bottom w:val="single" w:sz="6" w:space="0" w:color="C40000"/>
              <w:right w:val="single" w:sz="6" w:space="0" w:color="FFFFFF"/>
            </w:tcBorders>
            <w:shd w:val="clear" w:color="auto" w:fill="C4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89465" w14:textId="77777777" w:rsidR="00605CA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DEN</w:t>
            </w:r>
          </w:p>
        </w:tc>
        <w:tc>
          <w:tcPr>
            <w:tcW w:w="1500" w:type="dxa"/>
            <w:tcBorders>
              <w:top w:val="single" w:sz="6" w:space="0" w:color="C40000"/>
              <w:left w:val="single" w:sz="6" w:space="0" w:color="FFFFFF"/>
              <w:bottom w:val="single" w:sz="6" w:space="0" w:color="C40000"/>
              <w:right w:val="single" w:sz="6" w:space="0" w:color="FFFFFF"/>
            </w:tcBorders>
            <w:shd w:val="clear" w:color="auto" w:fill="C4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1A3E9" w14:textId="77777777" w:rsidR="00605CA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ČAS</w:t>
            </w:r>
          </w:p>
        </w:tc>
        <w:tc>
          <w:tcPr>
            <w:tcW w:w="2850" w:type="dxa"/>
            <w:tcBorders>
              <w:top w:val="single" w:sz="6" w:space="0" w:color="C40000"/>
              <w:left w:val="single" w:sz="6" w:space="0" w:color="FFFFFF"/>
              <w:bottom w:val="single" w:sz="6" w:space="0" w:color="C40000"/>
              <w:right w:val="single" w:sz="6" w:space="0" w:color="FFFFFF"/>
            </w:tcBorders>
            <w:shd w:val="clear" w:color="auto" w:fill="C4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9E47B" w14:textId="77777777" w:rsidR="00605CAC" w:rsidRDefault="00000000">
            <w:r>
              <w:rPr>
                <w:b/>
                <w:color w:val="FFFFFF"/>
                <w:sz w:val="16"/>
              </w:rPr>
              <w:t>PROGRAM</w:t>
            </w:r>
          </w:p>
        </w:tc>
        <w:tc>
          <w:tcPr>
            <w:tcW w:w="5370" w:type="dxa"/>
            <w:tcBorders>
              <w:top w:val="single" w:sz="6" w:space="0" w:color="C40000"/>
              <w:left w:val="single" w:sz="6" w:space="0" w:color="FFFFFF"/>
              <w:bottom w:val="single" w:sz="6" w:space="0" w:color="C40000"/>
              <w:right w:val="single" w:sz="6" w:space="0" w:color="FFFFFF"/>
            </w:tcBorders>
            <w:shd w:val="clear" w:color="auto" w:fill="C4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F28ED" w14:textId="77777777" w:rsidR="00605CAC" w:rsidRDefault="00000000">
            <w:r>
              <w:rPr>
                <w:b/>
                <w:color w:val="FFFFFF"/>
                <w:sz w:val="16"/>
              </w:rPr>
              <w:t>PRO KOHO • CENA • PŘIHLÁŠENÍ</w:t>
            </w:r>
          </w:p>
        </w:tc>
      </w:tr>
      <w:tr w:rsidR="00605CAC" w:rsidRPr="007905C7" w14:paraId="09F93A9A" w14:textId="77777777">
        <w:trPr>
          <w:cantSplit/>
        </w:trPr>
        <w:tc>
          <w:tcPr>
            <w:tcW w:w="650" w:type="dxa"/>
            <w:vMerge w:val="restart"/>
            <w:tcBorders>
              <w:top w:val="single" w:sz="8" w:space="0" w:color="E8C84A"/>
              <w:left w:val="nil"/>
              <w:bottom w:val="single" w:sz="8" w:space="0" w:color="E8C84A"/>
              <w:right w:val="nil"/>
            </w:tcBorders>
            <w:shd w:val="clear" w:color="auto" w:fill="E8C84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1C4EE" w14:textId="77777777" w:rsidR="00605CAC" w:rsidRDefault="00000000">
            <w:pPr>
              <w:jc w:val="center"/>
            </w:pPr>
            <w:r>
              <w:rPr>
                <w:b/>
                <w:color w:val="5E4B00"/>
                <w:sz w:val="23"/>
              </w:rPr>
              <w:t>PO</w:t>
            </w:r>
          </w:p>
        </w:tc>
        <w:tc>
          <w:tcPr>
            <w:tcW w:w="1500" w:type="dxa"/>
            <w:tcBorders>
              <w:top w:val="single" w:sz="10" w:space="0" w:color="E8C84A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C9FBA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9:45–10:15</w:t>
            </w:r>
          </w:p>
        </w:tc>
        <w:tc>
          <w:tcPr>
            <w:tcW w:w="2850" w:type="dxa"/>
            <w:tcBorders>
              <w:top w:val="single" w:sz="10" w:space="0" w:color="E8C84A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85E11" w14:textId="77777777" w:rsidR="00605CAC" w:rsidRDefault="00000000">
            <w:r>
              <w:rPr>
                <w:b/>
                <w:sz w:val="17"/>
              </w:rPr>
              <w:t>Hajánci</w:t>
            </w:r>
          </w:p>
        </w:tc>
        <w:tc>
          <w:tcPr>
            <w:tcW w:w="5370" w:type="dxa"/>
            <w:tcBorders>
              <w:top w:val="single" w:sz="10" w:space="0" w:color="E8C84A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D6E31" w14:textId="77777777" w:rsidR="00605CAC" w:rsidRPr="007D5511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>Program pro děti do 1 roku.</w:t>
            </w:r>
          </w:p>
        </w:tc>
      </w:tr>
      <w:tr w:rsidR="00605CAC" w14:paraId="34AA372A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9CF88" w14:textId="77777777" w:rsidR="00605CAC" w:rsidRPr="007D5511" w:rsidRDefault="00605CA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B66FA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18:00–21:00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A651A" w14:textId="77777777" w:rsidR="00605CAC" w:rsidRDefault="00000000">
            <w:r>
              <w:rPr>
                <w:b/>
                <w:sz w:val="17"/>
              </w:rPr>
              <w:t>Keramika pro dospělé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6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57FF2" w14:textId="77777777" w:rsidR="00605CAC" w:rsidRDefault="00000000">
            <w:r>
              <w:rPr>
                <w:sz w:val="16"/>
              </w:rPr>
              <w:t>3 lekce 1 350 Kč • 6 lekcí 2 700 Kč • jeden večer 470 Kč. Začínáme 21. 9. Přihlášení: 737 979 912, dilnaukaci@seznam.cz, FB Dílna u Káči.</w:t>
            </w:r>
          </w:p>
        </w:tc>
      </w:tr>
      <w:tr w:rsidR="007D5511" w:rsidRPr="007D5511" w14:paraId="794BFBDE" w14:textId="77777777" w:rsidTr="008E2E18">
        <w:trPr>
          <w:cantSplit/>
          <w:trHeight w:val="225"/>
        </w:trPr>
        <w:tc>
          <w:tcPr>
            <w:tcW w:w="650" w:type="dxa"/>
            <w:tcBorders>
              <w:top w:val="single" w:sz="8" w:space="0" w:color="79B8E8"/>
              <w:left w:val="nil"/>
              <w:bottom w:val="single" w:sz="8" w:space="0" w:color="79B8E8"/>
              <w:right w:val="nil"/>
            </w:tcBorders>
            <w:shd w:val="clear" w:color="auto" w:fill="79B8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30E58" w14:textId="77777777" w:rsidR="007D5511" w:rsidRDefault="007D5511">
            <w:pPr>
              <w:jc w:val="center"/>
            </w:pPr>
            <w:r>
              <w:rPr>
                <w:b/>
                <w:color w:val="124F78"/>
                <w:sz w:val="23"/>
              </w:rPr>
              <w:t>ÚT</w:t>
            </w:r>
          </w:p>
        </w:tc>
        <w:tc>
          <w:tcPr>
            <w:tcW w:w="9720" w:type="dxa"/>
            <w:gridSpan w:val="3"/>
            <w:tcBorders>
              <w:top w:val="single" w:sz="10" w:space="0" w:color="79B8E8"/>
              <w:left w:val="nil"/>
              <w:right w:val="nil"/>
            </w:tcBorders>
            <w:shd w:val="clear" w:color="auto" w:fill="EAF4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52F7F" w14:textId="1278335A" w:rsidR="007D5511" w:rsidRPr="007D5511" w:rsidRDefault="007D5511">
            <w:pPr>
              <w:rPr>
                <w:lang w:val="pl-PL"/>
              </w:rPr>
            </w:pPr>
            <w:r>
              <w:rPr>
                <w:lang w:val="pl-PL"/>
              </w:rPr>
              <w:t xml:space="preserve">     celý den             </w:t>
            </w:r>
            <w:r w:rsidRPr="007D5511">
              <w:rPr>
                <w:b/>
                <w:bCs/>
                <w:lang w:val="pl-PL"/>
              </w:rPr>
              <w:t>ZAVŘENO</w:t>
            </w:r>
          </w:p>
        </w:tc>
      </w:tr>
      <w:tr w:rsidR="00605CAC" w:rsidRPr="007905C7" w14:paraId="54F8A187" w14:textId="77777777">
        <w:trPr>
          <w:cantSplit/>
        </w:trPr>
        <w:tc>
          <w:tcPr>
            <w:tcW w:w="650" w:type="dxa"/>
            <w:vMerge w:val="restart"/>
            <w:tcBorders>
              <w:top w:val="single" w:sz="8" w:space="0" w:color="AA91D8"/>
              <w:left w:val="nil"/>
              <w:bottom w:val="single" w:sz="8" w:space="0" w:color="AA91D8"/>
              <w:right w:val="nil"/>
            </w:tcBorders>
            <w:shd w:val="clear" w:color="auto" w:fill="AA91D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48BB3" w14:textId="77777777" w:rsidR="00605CAC" w:rsidRDefault="00000000">
            <w:pPr>
              <w:jc w:val="center"/>
            </w:pPr>
            <w:r>
              <w:rPr>
                <w:b/>
                <w:color w:val="513A7A"/>
                <w:sz w:val="23"/>
              </w:rPr>
              <w:t>ST</w:t>
            </w:r>
          </w:p>
        </w:tc>
        <w:tc>
          <w:tcPr>
            <w:tcW w:w="1500" w:type="dxa"/>
            <w:tcBorders>
              <w:top w:val="single" w:sz="10" w:space="0" w:color="AA91D8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049B0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9:00–12:00</w:t>
            </w:r>
          </w:p>
        </w:tc>
        <w:tc>
          <w:tcPr>
            <w:tcW w:w="2850" w:type="dxa"/>
            <w:tcBorders>
              <w:top w:val="single" w:sz="10" w:space="0" w:color="AA91D8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7C1EC" w14:textId="77777777" w:rsidR="00605CAC" w:rsidRDefault="00000000">
            <w:r>
              <w:rPr>
                <w:b/>
                <w:sz w:val="17"/>
              </w:rPr>
              <w:t>Hlídání dětí</w:t>
            </w:r>
          </w:p>
        </w:tc>
        <w:tc>
          <w:tcPr>
            <w:tcW w:w="5370" w:type="dxa"/>
            <w:tcBorders>
              <w:top w:val="single" w:sz="10" w:space="0" w:color="AA91D8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76489" w14:textId="77777777" w:rsidR="00605CAC" w:rsidRPr="007D5511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>Od 2 let • členové 85 Kč/hod. • ostatní 120 Kč/hod. • přihlášení předem.</w:t>
            </w:r>
          </w:p>
        </w:tc>
      </w:tr>
      <w:tr w:rsidR="00605CAC" w14:paraId="6DF49B7F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99600" w14:textId="77777777" w:rsidR="00605CAC" w:rsidRPr="007D5511" w:rsidRDefault="00605CA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C75A9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9:00–12:00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AB14E" w14:textId="77777777" w:rsidR="00605CAC" w:rsidRDefault="00000000">
            <w:r>
              <w:rPr>
                <w:b/>
                <w:sz w:val="17"/>
              </w:rPr>
              <w:t>Kavárna s hernou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0E02B" w14:textId="77777777" w:rsidR="00605CAC" w:rsidRDefault="00000000">
            <w:r>
              <w:rPr>
                <w:sz w:val="16"/>
              </w:rPr>
              <w:t>Pro všechny věkové kategorie • 120 Kč / dospělý • děti zdarma.</w:t>
            </w:r>
          </w:p>
        </w:tc>
      </w:tr>
      <w:tr w:rsidR="00605CAC" w:rsidRPr="007905C7" w14:paraId="1D33FE61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E5B16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92FE3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9:15–9:50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EE996" w14:textId="77777777" w:rsidR="00605CAC" w:rsidRDefault="00000000">
            <w:r>
              <w:rPr>
                <w:b/>
                <w:sz w:val="17"/>
              </w:rPr>
              <w:t>Zpívánky s miminky s angličtinou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3FC53" w14:textId="77777777" w:rsidR="00605CAC" w:rsidRPr="007D5511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>Muzikoterapie pro rodiče s dětmi 0–2 roky • 12 lekcí / 1 600 Kč.</w:t>
            </w:r>
          </w:p>
        </w:tc>
      </w:tr>
      <w:tr w:rsidR="00605CAC" w:rsidRPr="007905C7" w14:paraId="4140FA65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29D63" w14:textId="77777777" w:rsidR="00605CAC" w:rsidRPr="007D5511" w:rsidRDefault="00605CA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CCA1D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10:00–10:45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28AC8" w14:textId="77777777" w:rsidR="00605CAC" w:rsidRDefault="00000000">
            <w:r>
              <w:rPr>
                <w:b/>
                <w:sz w:val="17"/>
              </w:rPr>
              <w:t>Rošťando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30919" w14:textId="625BB287" w:rsidR="00605CAC" w:rsidRPr="007D5511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 xml:space="preserve">Pohybové aktivity pro rodiče s dětmi od cca 1 roku • bez přihlášení </w:t>
            </w:r>
            <w:r w:rsidR="008E2E18">
              <w:rPr>
                <w:sz w:val="16"/>
                <w:lang w:val="pl-PL"/>
              </w:rPr>
              <w:br/>
            </w:r>
            <w:r w:rsidRPr="007D5511">
              <w:rPr>
                <w:sz w:val="16"/>
                <w:lang w:val="pl-PL"/>
              </w:rPr>
              <w:t>• 120 Kč / lekce.</w:t>
            </w:r>
          </w:p>
        </w:tc>
      </w:tr>
      <w:tr w:rsidR="00605CAC" w14:paraId="11DC72D5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2C742" w14:textId="77777777" w:rsidR="00605CAC" w:rsidRPr="007D5511" w:rsidRDefault="00605CA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3359F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15:00–17:30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CFE56" w14:textId="77777777" w:rsidR="00605CAC" w:rsidRDefault="00000000">
            <w:r>
              <w:rPr>
                <w:b/>
                <w:sz w:val="17"/>
              </w:rPr>
              <w:t>Kavárna s hernou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60076" w14:textId="77777777" w:rsidR="00605CAC" w:rsidRDefault="00000000">
            <w:r>
              <w:rPr>
                <w:sz w:val="16"/>
              </w:rPr>
              <w:t>Pro všechny věkové kategorie • 120 Kč / dospělý • děti zdarma.</w:t>
            </w:r>
          </w:p>
        </w:tc>
      </w:tr>
      <w:tr w:rsidR="00605CAC" w14:paraId="264D1FE4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DFF30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BBE9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15:00–15:45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CD3ED" w14:textId="77777777" w:rsidR="00605CAC" w:rsidRDefault="00000000">
            <w:r>
              <w:rPr>
                <w:b/>
                <w:sz w:val="17"/>
              </w:rPr>
              <w:t>Anglické zpívánky – začátečníci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B15B8" w14:textId="44256816" w:rsidR="00605CAC" w:rsidRDefault="00000000">
            <w:r>
              <w:rPr>
                <w:sz w:val="16"/>
              </w:rPr>
              <w:t>Děti cca 3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6 let • 12 lekcí / 2 000 Kč</w:t>
            </w:r>
            <w:r w:rsidR="00D90E97">
              <w:rPr>
                <w:sz w:val="16"/>
              </w:rPr>
              <w:t xml:space="preserve"> • od 7. 10.</w:t>
            </w:r>
          </w:p>
        </w:tc>
      </w:tr>
      <w:tr w:rsidR="00605CAC" w14:paraId="5DC1A648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D44D1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601B6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16:00–16:45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C594A" w14:textId="77777777" w:rsidR="00605CAC" w:rsidRDefault="00000000">
            <w:r>
              <w:rPr>
                <w:b/>
                <w:sz w:val="17"/>
              </w:rPr>
              <w:t>Anglické zpívánky – pokročilí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A523D" w14:textId="778D2046" w:rsidR="00605CAC" w:rsidRDefault="00000000">
            <w:r>
              <w:rPr>
                <w:sz w:val="16"/>
              </w:rPr>
              <w:t>Děti cca 4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7 let • 12 lekcí / 2 000 Kč</w:t>
            </w:r>
            <w:r w:rsidR="00D90E97">
              <w:rPr>
                <w:sz w:val="16"/>
              </w:rPr>
              <w:t xml:space="preserve"> • od 7. 10.</w:t>
            </w:r>
          </w:p>
        </w:tc>
      </w:tr>
      <w:tr w:rsidR="00605CAC" w14:paraId="24E0811C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4F3DE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C7213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17:00–18:00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1285C" w14:textId="77777777" w:rsidR="00605CAC" w:rsidRDefault="00000000">
            <w:r>
              <w:rPr>
                <w:b/>
                <w:sz w:val="17"/>
              </w:rPr>
              <w:t>Angličtina pro děti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602A5" w14:textId="2DF94B97" w:rsidR="00605CAC" w:rsidRDefault="00000000">
            <w:r>
              <w:rPr>
                <w:sz w:val="16"/>
              </w:rPr>
              <w:t>Děti 6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9 let • hravou formou • 12 lekcí / 2 400 Kč • od 7. 10.</w:t>
            </w:r>
          </w:p>
        </w:tc>
      </w:tr>
      <w:tr w:rsidR="00605CAC" w:rsidRPr="000E3B5B" w14:paraId="19B3DE13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5CABD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F9E02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17:00–18:00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D9B67" w14:textId="77777777" w:rsidR="00605CAC" w:rsidRDefault="00000000">
            <w:r>
              <w:rPr>
                <w:b/>
                <w:sz w:val="17"/>
              </w:rPr>
              <w:t>Šachy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EC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F8EBE" w14:textId="0833F293" w:rsidR="00605CAC" w:rsidRPr="000E3B5B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 xml:space="preserve">Od 6 let, horní věk neomezen • 60 Kč / lekce • liché středy </w:t>
            </w:r>
            <w:r w:rsidR="000E3B5B">
              <w:rPr>
                <w:sz w:val="16"/>
                <w:lang w:val="pl-PL"/>
              </w:rPr>
              <w:t>7</w:t>
            </w:r>
            <w:r w:rsidRPr="007D5511">
              <w:rPr>
                <w:sz w:val="16"/>
                <w:lang w:val="pl-PL"/>
              </w:rPr>
              <w:t>. a 2</w:t>
            </w:r>
            <w:r w:rsidR="000E3B5B">
              <w:rPr>
                <w:sz w:val="16"/>
                <w:lang w:val="pl-PL"/>
              </w:rPr>
              <w:t>1</w:t>
            </w:r>
            <w:r w:rsidRPr="007D5511">
              <w:rPr>
                <w:sz w:val="16"/>
                <w:lang w:val="pl-PL"/>
              </w:rPr>
              <w:t xml:space="preserve">. </w:t>
            </w:r>
            <w:r w:rsidR="000E3B5B">
              <w:rPr>
                <w:sz w:val="16"/>
                <w:lang w:val="pl-PL"/>
              </w:rPr>
              <w:t>10</w:t>
            </w:r>
            <w:r w:rsidRPr="000E3B5B">
              <w:rPr>
                <w:sz w:val="16"/>
                <w:lang w:val="pl-PL"/>
              </w:rPr>
              <w:t>.</w:t>
            </w:r>
          </w:p>
        </w:tc>
      </w:tr>
      <w:tr w:rsidR="00605CAC" w14:paraId="719D3312" w14:textId="77777777">
        <w:trPr>
          <w:cantSplit/>
        </w:trPr>
        <w:tc>
          <w:tcPr>
            <w:tcW w:w="650" w:type="dxa"/>
            <w:vMerge w:val="restart"/>
            <w:tcBorders>
              <w:top w:val="single" w:sz="8" w:space="0" w:color="7FBE86"/>
              <w:left w:val="nil"/>
              <w:bottom w:val="single" w:sz="8" w:space="0" w:color="7FBE86"/>
              <w:right w:val="nil"/>
            </w:tcBorders>
            <w:shd w:val="clear" w:color="auto" w:fill="7FBE8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B4A95" w14:textId="77777777" w:rsidR="00605CAC" w:rsidRDefault="00000000">
            <w:pPr>
              <w:jc w:val="center"/>
            </w:pPr>
            <w:r>
              <w:rPr>
                <w:b/>
                <w:color w:val="245A2B"/>
                <w:sz w:val="23"/>
              </w:rPr>
              <w:t>ČT</w:t>
            </w:r>
          </w:p>
        </w:tc>
        <w:tc>
          <w:tcPr>
            <w:tcW w:w="1500" w:type="dxa"/>
            <w:tcBorders>
              <w:top w:val="single" w:sz="10" w:space="0" w:color="7FBE86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8FB23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dopoledne</w:t>
            </w:r>
          </w:p>
        </w:tc>
        <w:tc>
          <w:tcPr>
            <w:tcW w:w="2850" w:type="dxa"/>
            <w:tcBorders>
              <w:top w:val="single" w:sz="10" w:space="0" w:color="7FBE86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752B8" w14:textId="77777777" w:rsidR="00605CAC" w:rsidRDefault="00000000">
            <w:r>
              <w:rPr>
                <w:b/>
                <w:sz w:val="17"/>
              </w:rPr>
              <w:t>ZAVŘENO</w:t>
            </w:r>
          </w:p>
        </w:tc>
        <w:tc>
          <w:tcPr>
            <w:tcW w:w="5370" w:type="dxa"/>
            <w:tcBorders>
              <w:top w:val="single" w:sz="10" w:space="0" w:color="7FBE86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D30FE" w14:textId="77777777" w:rsidR="00605CAC" w:rsidRDefault="00000000">
            <w:r>
              <w:rPr>
                <w:sz w:val="16"/>
              </w:rPr>
              <w:t>Odpolední program začíná v 15:00.</w:t>
            </w:r>
          </w:p>
        </w:tc>
      </w:tr>
      <w:tr w:rsidR="00605CAC" w14:paraId="6219D3CC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D3F96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D35B0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15:00–17:30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14C65" w14:textId="77777777" w:rsidR="00605CAC" w:rsidRDefault="00000000">
            <w:r>
              <w:rPr>
                <w:b/>
                <w:sz w:val="17"/>
              </w:rPr>
              <w:t>Komunitní setkávání u tvoření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CA605" w14:textId="77777777" w:rsidR="00605CAC" w:rsidRDefault="00000000">
            <w:r>
              <w:rPr>
                <w:sz w:val="16"/>
              </w:rPr>
              <w:t>Mezigenerační tvoření zdarma pro všechny věkové kategorie.</w:t>
            </w:r>
          </w:p>
        </w:tc>
      </w:tr>
      <w:tr w:rsidR="00605CAC" w14:paraId="5FCE6933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F2BFA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6DAC0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15:00–17:30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2FC25" w14:textId="77777777" w:rsidR="00605CAC" w:rsidRDefault="00000000">
            <w:r>
              <w:rPr>
                <w:b/>
                <w:sz w:val="17"/>
              </w:rPr>
              <w:t>Kavárna s hernou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01625" w14:textId="77777777" w:rsidR="00605CAC" w:rsidRDefault="00000000">
            <w:r>
              <w:rPr>
                <w:sz w:val="16"/>
              </w:rPr>
              <w:t>Pro všechny věkové kategorie • 120 Kč / dospělý • děti zdarma.</w:t>
            </w:r>
          </w:p>
        </w:tc>
      </w:tr>
      <w:tr w:rsidR="00605CAC" w14:paraId="3AD84424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6A89D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F55C4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18:00–21:00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A2C07" w14:textId="77777777" w:rsidR="00605CAC" w:rsidRDefault="00000000">
            <w:r>
              <w:rPr>
                <w:b/>
                <w:sz w:val="17"/>
              </w:rPr>
              <w:t>Keramika pro dospělé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EAF7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7CAB5" w14:textId="77777777" w:rsidR="00605CAC" w:rsidRDefault="00000000">
            <w:r>
              <w:rPr>
                <w:sz w:val="16"/>
              </w:rPr>
              <w:t>3 lekce 1 350 Kč • 6 lekcí 2 700 Kč • jeden večer 470 Kč. Začínáme 24. 9. Přihlášení: 737 979 912, dilnaukaci@seznam.cz, FB Dílna u Káči.</w:t>
            </w:r>
          </w:p>
        </w:tc>
      </w:tr>
      <w:tr w:rsidR="00605CAC" w:rsidRPr="007905C7" w14:paraId="0F349303" w14:textId="77777777">
        <w:trPr>
          <w:cantSplit/>
        </w:trPr>
        <w:tc>
          <w:tcPr>
            <w:tcW w:w="650" w:type="dxa"/>
            <w:vMerge w:val="restart"/>
            <w:tcBorders>
              <w:top w:val="single" w:sz="8" w:space="0" w:color="E9A477"/>
              <w:left w:val="nil"/>
              <w:bottom w:val="single" w:sz="8" w:space="0" w:color="E9A477"/>
              <w:right w:val="nil"/>
            </w:tcBorders>
            <w:shd w:val="clear" w:color="auto" w:fill="E9A4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AF05F" w14:textId="77777777" w:rsidR="00605CAC" w:rsidRDefault="00000000">
            <w:pPr>
              <w:jc w:val="center"/>
            </w:pPr>
            <w:r>
              <w:rPr>
                <w:b/>
                <w:color w:val="7A3B1D"/>
                <w:sz w:val="23"/>
              </w:rPr>
              <w:t>PÁ</w:t>
            </w:r>
          </w:p>
        </w:tc>
        <w:tc>
          <w:tcPr>
            <w:tcW w:w="1500" w:type="dxa"/>
            <w:tcBorders>
              <w:top w:val="single" w:sz="10" w:space="0" w:color="E9A477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43771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9:00–12:00</w:t>
            </w:r>
          </w:p>
        </w:tc>
        <w:tc>
          <w:tcPr>
            <w:tcW w:w="2850" w:type="dxa"/>
            <w:tcBorders>
              <w:top w:val="single" w:sz="10" w:space="0" w:color="E9A477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FB61B" w14:textId="77777777" w:rsidR="00605CAC" w:rsidRDefault="00000000">
            <w:r>
              <w:rPr>
                <w:b/>
                <w:sz w:val="17"/>
              </w:rPr>
              <w:t>Hlídání dětí</w:t>
            </w:r>
          </w:p>
        </w:tc>
        <w:tc>
          <w:tcPr>
            <w:tcW w:w="5370" w:type="dxa"/>
            <w:tcBorders>
              <w:top w:val="single" w:sz="10" w:space="0" w:color="E9A477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9EB4C" w14:textId="77777777" w:rsidR="00605CAC" w:rsidRPr="007D5511" w:rsidRDefault="00000000">
            <w:pPr>
              <w:rPr>
                <w:lang w:val="pl-PL"/>
              </w:rPr>
            </w:pPr>
            <w:r w:rsidRPr="007D5511">
              <w:rPr>
                <w:sz w:val="16"/>
                <w:lang w:val="pl-PL"/>
              </w:rPr>
              <w:t>Od 2 let • členové 85 Kč/hod. • ostatní 120 Kč/hod. • přihlášení předem.</w:t>
            </w:r>
          </w:p>
        </w:tc>
      </w:tr>
      <w:tr w:rsidR="00605CAC" w14:paraId="6910BB4C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889BE" w14:textId="77777777" w:rsidR="00605CAC" w:rsidRPr="007D5511" w:rsidRDefault="00605CA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92BF1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9:00–12:00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7A85F" w14:textId="77777777" w:rsidR="00605CAC" w:rsidRDefault="00000000">
            <w:r>
              <w:rPr>
                <w:b/>
                <w:sz w:val="17"/>
              </w:rPr>
              <w:t>Kavárna s hernou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32CF7" w14:textId="77777777" w:rsidR="00605CAC" w:rsidRDefault="00000000">
            <w:r>
              <w:rPr>
                <w:sz w:val="16"/>
              </w:rPr>
              <w:t>Pro všechny děti • 120 Kč / dospělý • děti zdarma • bez přihlášení.</w:t>
            </w:r>
          </w:p>
        </w:tc>
      </w:tr>
      <w:tr w:rsidR="00605CAC" w14:paraId="281E1117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E3BF6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F25AE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10:00–10:45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571D6" w14:textId="77777777" w:rsidR="00605CAC" w:rsidRDefault="00000000">
            <w:r>
              <w:rPr>
                <w:b/>
                <w:sz w:val="17"/>
              </w:rPr>
              <w:t>Hudební hrátky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CC854" w14:textId="27C39372" w:rsidR="00605CAC" w:rsidRDefault="00000000">
            <w:r>
              <w:rPr>
                <w:sz w:val="16"/>
              </w:rPr>
              <w:t xml:space="preserve">Pro chodící děti 1,5–4 roky • bez přihlášení • 120 Kč včetně herny </w:t>
            </w:r>
            <w:r w:rsidR="000E3B5B">
              <w:rPr>
                <w:sz w:val="16"/>
              </w:rPr>
              <w:br/>
              <w:t xml:space="preserve">mezi </w:t>
            </w:r>
            <w:r>
              <w:rPr>
                <w:sz w:val="16"/>
              </w:rPr>
              <w:t>9:00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 w:rsidR="000E3B5B">
              <w:rPr>
                <w:sz w:val="16"/>
              </w:rPr>
              <w:t xml:space="preserve"> </w:t>
            </w:r>
            <w:r>
              <w:rPr>
                <w:sz w:val="16"/>
              </w:rPr>
              <w:t>12:00.</w:t>
            </w:r>
          </w:p>
        </w:tc>
      </w:tr>
      <w:tr w:rsidR="00605CAC" w14:paraId="5535FB53" w14:textId="77777777">
        <w:trPr>
          <w:cantSplit/>
        </w:trPr>
        <w:tc>
          <w:tcPr>
            <w:tcW w:w="650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25947" w14:textId="77777777" w:rsidR="00605CAC" w:rsidRDefault="00605CAC"/>
        </w:tc>
        <w:tc>
          <w:tcPr>
            <w:tcW w:w="150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7BBEE" w14:textId="77777777" w:rsidR="00605CAC" w:rsidRDefault="00000000">
            <w:pPr>
              <w:jc w:val="center"/>
            </w:pPr>
            <w:r>
              <w:rPr>
                <w:b/>
                <w:sz w:val="16"/>
              </w:rPr>
              <w:t>16:30–18:30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169B6" w14:textId="77777777" w:rsidR="00605CAC" w:rsidRDefault="00000000">
            <w:r>
              <w:rPr>
                <w:b/>
                <w:sz w:val="17"/>
              </w:rPr>
              <w:t>Kurz šití</w:t>
            </w:r>
          </w:p>
        </w:tc>
        <w:tc>
          <w:tcPr>
            <w:tcW w:w="5370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FF0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13333" w14:textId="77777777" w:rsidR="00605CAC" w:rsidRDefault="00000000">
            <w:r w:rsidRPr="007D5511">
              <w:rPr>
                <w:sz w:val="16"/>
                <w:lang w:val="pl-PL"/>
              </w:rPr>
              <w:t xml:space="preserve">6 lekcí / 1 500 Kč • max. 4 účastníci • od 2. </w:t>
            </w:r>
            <w:r>
              <w:rPr>
                <w:sz w:val="16"/>
              </w:rPr>
              <w:t>10. nebo dle domluvy.</w:t>
            </w:r>
          </w:p>
        </w:tc>
      </w:tr>
    </w:tbl>
    <w:p w14:paraId="12F78A27" w14:textId="77777777" w:rsidR="00605CAC" w:rsidRPr="007D5511" w:rsidRDefault="00000000">
      <w:pPr>
        <w:spacing w:before="80"/>
        <w:jc w:val="center"/>
        <w:rPr>
          <w:lang w:val="pl-PL"/>
        </w:rPr>
      </w:pPr>
      <w:r w:rsidRPr="007D5511">
        <w:rPr>
          <w:b/>
          <w:color w:val="9C0000"/>
          <w:sz w:val="16"/>
          <w:lang w:val="pl-PL"/>
        </w:rPr>
        <w:t>Na hlídání dětí a placené kurzy je nutné přihlášení předem. Běžné programy a herna jsou bez přihlášení.</w:t>
      </w:r>
    </w:p>
    <w:p w14:paraId="3D7BBC55" w14:textId="77777777" w:rsidR="00605CAC" w:rsidRPr="007D5511" w:rsidRDefault="00000000">
      <w:pPr>
        <w:rPr>
          <w:lang w:val="pl-PL"/>
        </w:rPr>
      </w:pPr>
      <w:r w:rsidRPr="007D5511">
        <w:rPr>
          <w:lang w:val="pl-PL"/>
        </w:rPr>
        <w:br w:type="page"/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8300"/>
        <w:gridCol w:w="2070"/>
      </w:tblGrid>
      <w:tr w:rsidR="00605CAC" w14:paraId="75D21C6B" w14:textId="77777777"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4CB44" w14:textId="77777777" w:rsidR="00605CAC" w:rsidRPr="007D5511" w:rsidRDefault="00000000">
            <w:pPr>
              <w:spacing w:after="20"/>
              <w:rPr>
                <w:lang w:val="pl-PL"/>
              </w:rPr>
            </w:pPr>
            <w:r w:rsidRPr="007D5511">
              <w:rPr>
                <w:b/>
                <w:color w:val="C40000"/>
                <w:lang w:val="pl-PL"/>
              </w:rPr>
              <w:lastRenderedPageBreak/>
              <w:t>RC BERUŠKA STRAKONICE</w:t>
            </w:r>
          </w:p>
          <w:p w14:paraId="2026C6FF" w14:textId="487AB8B6" w:rsidR="00605CAC" w:rsidRPr="007D5511" w:rsidRDefault="00000000">
            <w:pPr>
              <w:spacing w:after="40"/>
              <w:rPr>
                <w:lang w:val="pl-PL"/>
              </w:rPr>
            </w:pPr>
            <w:r w:rsidRPr="007D5511">
              <w:rPr>
                <w:b/>
                <w:sz w:val="48"/>
                <w:lang w:val="pl-PL"/>
              </w:rPr>
              <w:t xml:space="preserve">PROGRAM • </w:t>
            </w:r>
            <w:r w:rsidR="000E3B5B">
              <w:rPr>
                <w:b/>
                <w:sz w:val="48"/>
                <w:lang w:val="pl-PL"/>
              </w:rPr>
              <w:t>ŘÍJEN</w:t>
            </w:r>
            <w:r w:rsidRPr="007D5511">
              <w:rPr>
                <w:b/>
                <w:sz w:val="48"/>
                <w:lang w:val="pl-PL"/>
              </w:rPr>
              <w:t xml:space="preserve"> 2026</w:t>
            </w:r>
          </w:p>
          <w:p w14:paraId="0AACEF92" w14:textId="77777777" w:rsidR="00605CAC" w:rsidRPr="007D5511" w:rsidRDefault="00000000">
            <w:pPr>
              <w:rPr>
                <w:lang w:val="pl-PL"/>
              </w:rPr>
            </w:pPr>
            <w:r w:rsidRPr="007D5511">
              <w:rPr>
                <w:b/>
                <w:color w:val="9C0000"/>
                <w:sz w:val="23"/>
                <w:lang w:val="pl-PL"/>
              </w:rPr>
              <w:t>Kalendář akcí a důležité informace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59BB" w14:textId="77777777" w:rsidR="00605CAC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9B734C8" wp14:editId="0470E781">
                  <wp:extent cx="900000" cy="672119"/>
                  <wp:effectExtent l="0" t="0" r="0" b="0"/>
                  <wp:docPr id="2" name="Picture 2" descr="Logo Rodinného centra Beruška Strakonice" title="RC Beruška Strakon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ruska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7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92BA3" w14:textId="77777777" w:rsidR="00605CAC" w:rsidRDefault="00000000">
      <w:pPr>
        <w:keepNext/>
        <w:pBdr>
          <w:bottom w:val="single" w:sz="12" w:space="4" w:color="C40000"/>
        </w:pBdr>
        <w:spacing w:before="160" w:after="100"/>
      </w:pPr>
      <w:r>
        <w:rPr>
          <w:b/>
          <w:color w:val="C40000"/>
          <w:sz w:val="30"/>
        </w:rPr>
        <w:t>KALENDÁŘ AKCÍ</w:t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2100"/>
        <w:gridCol w:w="3350"/>
        <w:gridCol w:w="4920"/>
      </w:tblGrid>
      <w:tr w:rsidR="00605CAC" w:rsidRPr="000E3B5B" w14:paraId="0DC597FF" w14:textId="77777777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BBBF2" w14:textId="60C590A1" w:rsidR="00605CAC" w:rsidRDefault="00000000">
            <w:pPr>
              <w:jc w:val="center"/>
            </w:pPr>
            <w:r>
              <w:rPr>
                <w:b/>
                <w:color w:val="C40000"/>
              </w:rPr>
              <w:t xml:space="preserve">ČT </w:t>
            </w:r>
            <w:r w:rsidR="000E3B5B">
              <w:rPr>
                <w:b/>
                <w:color w:val="C40000"/>
              </w:rPr>
              <w:t>1</w:t>
            </w:r>
            <w:r>
              <w:rPr>
                <w:b/>
                <w:color w:val="C40000"/>
              </w:rPr>
              <w:t xml:space="preserve">. </w:t>
            </w:r>
            <w:r w:rsidR="000E3B5B">
              <w:rPr>
                <w:b/>
                <w:color w:val="C40000"/>
              </w:rPr>
              <w:t>10</w:t>
            </w:r>
            <w:r>
              <w:rPr>
                <w:b/>
                <w:color w:val="C40000"/>
              </w:rPr>
              <w:t>.</w:t>
            </w:r>
            <w:r>
              <w:rPr>
                <w:b/>
                <w:color w:val="C40000"/>
              </w:rPr>
              <w:br/>
              <w:t>15:00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17:00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60170" w14:textId="25D2A84C" w:rsidR="00605CAC" w:rsidRPr="000E3B5B" w:rsidRDefault="000E3B5B">
            <w:pPr>
              <w:rPr>
                <w:lang w:val="pl-PL"/>
              </w:rPr>
            </w:pPr>
            <w:r w:rsidRPr="000E3B5B">
              <w:rPr>
                <w:b/>
                <w:sz w:val="19"/>
                <w:lang w:val="pl-PL"/>
              </w:rPr>
              <w:t>Tvoření – stromy a ptá</w:t>
            </w:r>
            <w:r>
              <w:rPr>
                <w:b/>
                <w:sz w:val="19"/>
                <w:lang w:val="pl-PL"/>
              </w:rPr>
              <w:t>čc</w:t>
            </w:r>
            <w:r w:rsidRPr="000E3B5B">
              <w:rPr>
                <w:b/>
                <w:sz w:val="19"/>
                <w:lang w:val="pl-PL"/>
              </w:rPr>
              <w:t>i z</w:t>
            </w:r>
            <w:r>
              <w:rPr>
                <w:b/>
                <w:sz w:val="19"/>
                <w:lang w:val="pl-PL"/>
              </w:rPr>
              <w:t xml:space="preserve"> šišek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20D4F" w14:textId="482CE9B6" w:rsidR="00605CAC" w:rsidRPr="000E3B5B" w:rsidRDefault="00000000">
            <w:pPr>
              <w:rPr>
                <w:lang w:val="pl-PL"/>
              </w:rPr>
            </w:pPr>
            <w:r w:rsidRPr="000E3B5B">
              <w:rPr>
                <w:lang w:val="pl-PL"/>
              </w:rPr>
              <w:t>Tvoření zdarma pro všechny</w:t>
            </w:r>
            <w:r w:rsidR="000E3B5B" w:rsidRPr="000E3B5B">
              <w:rPr>
                <w:lang w:val="pl-PL"/>
              </w:rPr>
              <w:t xml:space="preserve"> generac</w:t>
            </w:r>
            <w:r w:rsidR="000E3B5B">
              <w:rPr>
                <w:lang w:val="pl-PL"/>
              </w:rPr>
              <w:t>e.</w:t>
            </w:r>
          </w:p>
        </w:tc>
      </w:tr>
      <w:tr w:rsidR="00D90E97" w14:paraId="17BA656C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8EF97" w14:textId="3BBBE28F" w:rsidR="00D90E97" w:rsidRDefault="00D90E97" w:rsidP="007F00FE">
            <w:pPr>
              <w:jc w:val="center"/>
            </w:pPr>
            <w:r>
              <w:rPr>
                <w:b/>
                <w:color w:val="C40000"/>
              </w:rPr>
              <w:t>PÁ 2. 10.</w:t>
            </w:r>
            <w:r>
              <w:rPr>
                <w:b/>
                <w:color w:val="C40000"/>
              </w:rPr>
              <w:br/>
              <w:t>16:30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18:30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C5CD6" w14:textId="2C5F1FC7" w:rsidR="00D90E97" w:rsidRPr="008E2E18" w:rsidRDefault="00D90E97" w:rsidP="007F00FE">
            <w:pPr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Kurz šití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21D4B" w14:textId="04141718" w:rsidR="00D90E97" w:rsidRDefault="00D90E97" w:rsidP="007F00FE">
            <w:r w:rsidRPr="00D90E97">
              <w:rPr>
                <w:lang w:val="pl-PL"/>
              </w:rPr>
              <w:t>6 lekcí / 1</w:t>
            </w:r>
            <w:r w:rsidR="00AF780F">
              <w:rPr>
                <w:lang w:val="pl-PL"/>
              </w:rPr>
              <w:t>.</w:t>
            </w:r>
            <w:r w:rsidRPr="00D90E97">
              <w:rPr>
                <w:lang w:val="pl-PL"/>
              </w:rPr>
              <w:t>500 Kč • max. 4 účastníci</w:t>
            </w:r>
          </w:p>
        </w:tc>
      </w:tr>
      <w:tr w:rsidR="00605CAC" w14:paraId="6C11519A" w14:textId="77777777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3B6E9" w14:textId="4584CB34" w:rsidR="00605CAC" w:rsidRDefault="00000000">
            <w:pPr>
              <w:jc w:val="center"/>
            </w:pPr>
            <w:r>
              <w:rPr>
                <w:b/>
                <w:color w:val="C40000"/>
              </w:rPr>
              <w:t xml:space="preserve">ST </w:t>
            </w:r>
            <w:r w:rsidR="000E3B5B">
              <w:rPr>
                <w:b/>
                <w:color w:val="C40000"/>
              </w:rPr>
              <w:t>7</w:t>
            </w:r>
            <w:r>
              <w:rPr>
                <w:b/>
                <w:color w:val="C40000"/>
              </w:rPr>
              <w:t>.</w:t>
            </w:r>
            <w:r w:rsidR="000E3B5B">
              <w:rPr>
                <w:b/>
                <w:color w:val="C40000"/>
              </w:rPr>
              <w:t>10.</w:t>
            </w:r>
            <w:r>
              <w:rPr>
                <w:b/>
                <w:color w:val="C40000"/>
              </w:rPr>
              <w:t xml:space="preserve"> a 2</w:t>
            </w:r>
            <w:r w:rsidR="000E3B5B">
              <w:rPr>
                <w:b/>
                <w:color w:val="C40000"/>
              </w:rPr>
              <w:t>1</w:t>
            </w:r>
            <w:r>
              <w:rPr>
                <w:b/>
                <w:color w:val="C40000"/>
              </w:rPr>
              <w:t>.</w:t>
            </w:r>
            <w:r w:rsidR="000E3B5B">
              <w:rPr>
                <w:b/>
                <w:color w:val="C40000"/>
              </w:rPr>
              <w:t>10</w:t>
            </w:r>
            <w:r>
              <w:rPr>
                <w:b/>
                <w:color w:val="C40000"/>
              </w:rPr>
              <w:t>.</w:t>
            </w:r>
            <w:r>
              <w:rPr>
                <w:b/>
                <w:color w:val="C40000"/>
              </w:rPr>
              <w:br/>
              <w:t>17:00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18:00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CB9CD" w14:textId="77777777" w:rsidR="00605CAC" w:rsidRDefault="00000000">
            <w:r>
              <w:rPr>
                <w:b/>
                <w:sz w:val="19"/>
              </w:rPr>
              <w:t>Šachy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0A6F2" w14:textId="4C5E58C4" w:rsidR="00605CAC" w:rsidRDefault="00000000">
            <w:r>
              <w:t>Pro věk 6</w:t>
            </w:r>
            <w:r w:rsidR="00AF780F">
              <w:t xml:space="preserve"> </w:t>
            </w:r>
            <w:r>
              <w:t>–</w:t>
            </w:r>
            <w:r w:rsidR="00AF780F">
              <w:t xml:space="preserve"> </w:t>
            </w:r>
            <w:r>
              <w:t>99 let • 60 Kč / lekce • liché středy</w:t>
            </w:r>
          </w:p>
        </w:tc>
      </w:tr>
      <w:tr w:rsidR="00D90E97" w14:paraId="5ACF1BB2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4AC18" w14:textId="1761E041" w:rsidR="00D90E97" w:rsidRDefault="00D90E97" w:rsidP="007F00FE">
            <w:pPr>
              <w:jc w:val="center"/>
            </w:pPr>
            <w:r>
              <w:rPr>
                <w:b/>
                <w:color w:val="C40000"/>
              </w:rPr>
              <w:t>ČT 8. 10.</w:t>
            </w:r>
            <w:r>
              <w:rPr>
                <w:b/>
                <w:color w:val="C40000"/>
              </w:rPr>
              <w:br/>
              <w:t>15:00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17:00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AD381" w14:textId="77777777" w:rsidR="00D90E97" w:rsidRPr="008E2E18" w:rsidRDefault="00D90E97" w:rsidP="007F00FE">
            <w:pPr>
              <w:rPr>
                <w:lang w:val="pl-PL"/>
              </w:rPr>
            </w:pPr>
            <w:r w:rsidRPr="008E2E18">
              <w:rPr>
                <w:b/>
                <w:sz w:val="19"/>
                <w:lang w:val="pl-PL"/>
              </w:rPr>
              <w:t>Tvoření – podložky na hrnečky z vlny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1044E" w14:textId="6D8D4D5F" w:rsidR="00D90E97" w:rsidRDefault="00D90E97" w:rsidP="007F00FE">
            <w:r w:rsidRPr="000E3B5B">
              <w:rPr>
                <w:lang w:val="pl-PL"/>
              </w:rPr>
              <w:t>Tvoření zdarma pro všechny generac</w:t>
            </w:r>
            <w:r>
              <w:rPr>
                <w:lang w:val="pl-PL"/>
              </w:rPr>
              <w:t>e.</w:t>
            </w:r>
          </w:p>
        </w:tc>
      </w:tr>
      <w:tr w:rsidR="00D90E97" w14:paraId="51F59066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02153" w14:textId="05950CC3" w:rsidR="00D90E97" w:rsidRDefault="00D90E97" w:rsidP="007F00FE">
            <w:pPr>
              <w:jc w:val="center"/>
            </w:pPr>
            <w:r>
              <w:rPr>
                <w:b/>
                <w:color w:val="C40000"/>
              </w:rPr>
              <w:t>ČT 15. 10.</w:t>
            </w:r>
            <w:r>
              <w:rPr>
                <w:b/>
                <w:color w:val="C40000"/>
              </w:rPr>
              <w:br/>
              <w:t>15:00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17:00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B2A25" w14:textId="50C0EE9D" w:rsidR="00D90E97" w:rsidRPr="008E2E18" w:rsidRDefault="00D90E97" w:rsidP="007F00FE">
            <w:pPr>
              <w:rPr>
                <w:lang w:val="pl-PL"/>
              </w:rPr>
            </w:pPr>
            <w:r w:rsidRPr="008E2E18">
              <w:rPr>
                <w:b/>
                <w:sz w:val="19"/>
                <w:lang w:val="pl-PL"/>
              </w:rPr>
              <w:t xml:space="preserve">Tvoření – </w:t>
            </w:r>
            <w:r>
              <w:rPr>
                <w:b/>
                <w:sz w:val="19"/>
                <w:lang w:val="pl-PL"/>
              </w:rPr>
              <w:t>drátkování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CA1BC" w14:textId="060AF608" w:rsidR="00D90E97" w:rsidRDefault="00D90E97" w:rsidP="007F00FE">
            <w:r w:rsidRPr="000E3B5B">
              <w:rPr>
                <w:lang w:val="pl-PL"/>
              </w:rPr>
              <w:t>Tvoření zdarma pro všechny generac</w:t>
            </w:r>
            <w:r>
              <w:rPr>
                <w:lang w:val="pl-PL"/>
              </w:rPr>
              <w:t>e.</w:t>
            </w:r>
          </w:p>
        </w:tc>
      </w:tr>
      <w:tr w:rsidR="001D7411" w:rsidRPr="007905C7" w14:paraId="2BDA46E0" w14:textId="77777777" w:rsidTr="00AF780F">
        <w:trPr>
          <w:cantSplit/>
          <w:trHeight w:val="736"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A34EE" w14:textId="14CA9FBE" w:rsidR="001D7411" w:rsidRDefault="001D7411" w:rsidP="007F00FE">
            <w:pPr>
              <w:jc w:val="center"/>
            </w:pPr>
            <w:r>
              <w:rPr>
                <w:b/>
                <w:color w:val="C40000"/>
              </w:rPr>
              <w:t>NE 18.10.</w:t>
            </w:r>
            <w:r>
              <w:rPr>
                <w:b/>
                <w:color w:val="C40000"/>
              </w:rPr>
              <w:br/>
              <w:t>11:00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14:00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D5E56" w14:textId="0A5AAED8" w:rsidR="001D7411" w:rsidRPr="008E2E18" w:rsidRDefault="001D7411" w:rsidP="007F00FE">
            <w:pPr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Podzimní focení s Oxy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8D4D8" w14:textId="0C2B0FFC" w:rsidR="001D7411" w:rsidRPr="001D7411" w:rsidRDefault="001D7411" w:rsidP="001D7411">
            <w:pPr>
              <w:rPr>
                <w:lang w:val="pl-PL"/>
              </w:rPr>
            </w:pPr>
            <w:r>
              <w:rPr>
                <w:lang w:val="pl-PL"/>
              </w:rPr>
              <w:t>V</w:t>
            </w:r>
            <w:r w:rsidRPr="001D7411">
              <w:rPr>
                <w:lang w:val="pl-PL"/>
              </w:rPr>
              <w:t>enkovní focení pod Hvězdou, fotografka Oxy (</w:t>
            </w:r>
            <w:hyperlink r:id="rId9" w:history="1">
              <w:r w:rsidRPr="001D7411">
                <w:rPr>
                  <w:lang w:val="pl-PL"/>
                </w:rPr>
                <w:t>www.photobyoxy.cz</w:t>
              </w:r>
            </w:hyperlink>
            <w:r w:rsidRPr="001D7411">
              <w:rPr>
                <w:lang w:val="pl-PL"/>
              </w:rPr>
              <w:t xml:space="preserve">), výhodná cena pro Berušku: </w:t>
            </w:r>
            <w:r>
              <w:rPr>
                <w:lang w:val="pl-PL"/>
              </w:rPr>
              <w:br/>
            </w:r>
            <w:r w:rsidRPr="001D7411">
              <w:rPr>
                <w:lang w:val="pl-PL"/>
              </w:rPr>
              <w:t>4 ks digitálních fotek za 490 Kč, přihlášení nutné</w:t>
            </w:r>
          </w:p>
        </w:tc>
      </w:tr>
      <w:tr w:rsidR="007905C7" w:rsidRPr="00AF780F" w14:paraId="1FCA492D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1199B" w14:textId="2732F310" w:rsidR="007905C7" w:rsidRPr="007905C7" w:rsidRDefault="007905C7" w:rsidP="007F00FE">
            <w:pPr>
              <w:jc w:val="center"/>
              <w:rPr>
                <w:b/>
                <w:color w:val="C40000"/>
                <w:lang w:val="pl-PL"/>
              </w:rPr>
            </w:pPr>
            <w:r>
              <w:rPr>
                <w:b/>
                <w:color w:val="C40000"/>
                <w:lang w:val="pl-PL"/>
              </w:rPr>
              <w:t>SO 24.10.</w:t>
            </w:r>
            <w:r>
              <w:rPr>
                <w:b/>
                <w:color w:val="C40000"/>
                <w:lang w:val="pl-PL"/>
              </w:rPr>
              <w:br/>
              <w:t>15:00 – 18:00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01BCF" w14:textId="307CC0AE" w:rsidR="007905C7" w:rsidRDefault="007905C7" w:rsidP="007F00FE">
            <w:pPr>
              <w:rPr>
                <w:b/>
                <w:sz w:val="19"/>
                <w:lang w:val="pl-PL"/>
              </w:rPr>
            </w:pPr>
            <w:r>
              <w:rPr>
                <w:b/>
                <w:sz w:val="19"/>
                <w:lang w:val="pl-PL"/>
              </w:rPr>
              <w:t>Halloweenský karneval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7BF80" w14:textId="7383B5AB" w:rsidR="007905C7" w:rsidRPr="00AF780F" w:rsidRDefault="00AF780F" w:rsidP="001D7411">
            <w:pPr>
              <w:rPr>
                <w:lang w:val="pl-PL"/>
              </w:rPr>
            </w:pPr>
            <w:r w:rsidRPr="00AF780F">
              <w:rPr>
                <w:lang w:val="pl-PL"/>
              </w:rPr>
              <w:t xml:space="preserve">Soutěže </w:t>
            </w:r>
            <w:r w:rsidRPr="00AF780F">
              <w:rPr>
                <w:lang w:val="pl-PL"/>
              </w:rPr>
              <w:t>•</w:t>
            </w:r>
            <w:r w:rsidRPr="00AF780F">
              <w:rPr>
                <w:lang w:val="pl-PL"/>
              </w:rPr>
              <w:t xml:space="preserve"> hry </w:t>
            </w:r>
            <w:r w:rsidRPr="00AF780F">
              <w:rPr>
                <w:lang w:val="pl-PL"/>
              </w:rPr>
              <w:t>•</w:t>
            </w:r>
            <w:r w:rsidRPr="00AF780F">
              <w:rPr>
                <w:lang w:val="pl-PL"/>
              </w:rPr>
              <w:t xml:space="preserve"> hodná strašidla </w:t>
            </w:r>
            <w:r w:rsidRPr="00AF780F">
              <w:rPr>
                <w:lang w:val="pl-PL"/>
              </w:rPr>
              <w:t>•</w:t>
            </w:r>
            <w:r w:rsidRPr="00AF780F">
              <w:rPr>
                <w:lang w:val="pl-PL"/>
              </w:rPr>
              <w:t xml:space="preserve"> disko pro děti (cca 2-1</w:t>
            </w:r>
            <w:r>
              <w:rPr>
                <w:lang w:val="pl-PL"/>
              </w:rPr>
              <w:t>2</w:t>
            </w:r>
            <w:r w:rsidRPr="00AF780F">
              <w:rPr>
                <w:lang w:val="pl-PL"/>
              </w:rPr>
              <w:t xml:space="preserve"> let) </w:t>
            </w:r>
            <w:r w:rsidRPr="00AF780F">
              <w:rPr>
                <w:lang w:val="pl-PL"/>
              </w:rPr>
              <w:t>•</w:t>
            </w:r>
            <w:r w:rsidRPr="00AF780F">
              <w:rPr>
                <w:lang w:val="pl-PL"/>
              </w:rPr>
              <w:t xml:space="preserve"> Ku</w:t>
            </w:r>
            <w:r>
              <w:rPr>
                <w:lang w:val="pl-PL"/>
              </w:rPr>
              <w:t>lturní dům</w:t>
            </w:r>
            <w:r w:rsidRPr="00AF780F">
              <w:rPr>
                <w:lang w:val="pl-PL"/>
              </w:rPr>
              <w:t xml:space="preserve"> Strakonice.</w:t>
            </w:r>
          </w:p>
        </w:tc>
      </w:tr>
      <w:tr w:rsidR="00D90E97" w14:paraId="249C5B96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B1707F" w14:textId="248F0B36" w:rsidR="00D90E97" w:rsidRDefault="00D90E97" w:rsidP="007F00FE">
            <w:pPr>
              <w:jc w:val="center"/>
            </w:pPr>
            <w:r>
              <w:rPr>
                <w:b/>
                <w:color w:val="C40000"/>
              </w:rPr>
              <w:t>ČT 22. 10.</w:t>
            </w:r>
            <w:r>
              <w:rPr>
                <w:b/>
                <w:color w:val="C40000"/>
              </w:rPr>
              <w:br/>
              <w:t>1</w:t>
            </w:r>
            <w:r w:rsidR="001D7411">
              <w:rPr>
                <w:b/>
                <w:color w:val="C40000"/>
              </w:rPr>
              <w:t>5</w:t>
            </w:r>
            <w:r>
              <w:rPr>
                <w:b/>
                <w:color w:val="C40000"/>
              </w:rPr>
              <w:t>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</w:t>
            </w:r>
            <w:r w:rsidR="001D7411">
              <w:rPr>
                <w:b/>
                <w:color w:val="C40000"/>
              </w:rPr>
              <w:t>7</w:t>
            </w:r>
            <w:r>
              <w:rPr>
                <w:b/>
                <w:color w:val="C40000"/>
              </w:rPr>
              <w:t>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59101" w14:textId="54C65931" w:rsidR="00D90E97" w:rsidRPr="008E2E18" w:rsidRDefault="00D90E97" w:rsidP="007F00FE">
            <w:pPr>
              <w:rPr>
                <w:lang w:val="pl-PL"/>
              </w:rPr>
            </w:pPr>
            <w:r w:rsidRPr="008E2E18">
              <w:rPr>
                <w:b/>
                <w:sz w:val="19"/>
                <w:lang w:val="pl-PL"/>
              </w:rPr>
              <w:t xml:space="preserve">Tvoření – </w:t>
            </w:r>
            <w:r>
              <w:rPr>
                <w:b/>
                <w:sz w:val="19"/>
                <w:lang w:val="pl-PL"/>
              </w:rPr>
              <w:t>vosková eukanistika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8972C" w14:textId="60DE25C1" w:rsidR="00D90E97" w:rsidRDefault="00D90E97" w:rsidP="007F00FE">
            <w:r w:rsidRPr="000E3B5B">
              <w:rPr>
                <w:lang w:val="pl-PL"/>
              </w:rPr>
              <w:t>Tvoření zdarma pro všechny generac</w:t>
            </w:r>
            <w:r>
              <w:rPr>
                <w:lang w:val="pl-PL"/>
              </w:rPr>
              <w:t>e.</w:t>
            </w:r>
          </w:p>
        </w:tc>
      </w:tr>
      <w:tr w:rsidR="00D90E97" w14:paraId="2B621E30" w14:textId="77777777" w:rsidTr="007F00FE">
        <w:trPr>
          <w:cantSplit/>
        </w:trPr>
        <w:tc>
          <w:tcPr>
            <w:tcW w:w="210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0EE8A" w14:textId="10C0B7C2" w:rsidR="00D90E97" w:rsidRDefault="00D90E97" w:rsidP="007F00FE">
            <w:pPr>
              <w:jc w:val="center"/>
            </w:pPr>
            <w:r>
              <w:rPr>
                <w:b/>
                <w:color w:val="C40000"/>
              </w:rPr>
              <w:t>ČT 29. 10.</w:t>
            </w:r>
            <w:r>
              <w:rPr>
                <w:b/>
                <w:color w:val="C40000"/>
              </w:rPr>
              <w:br/>
              <w:t>15:00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–</w:t>
            </w:r>
            <w:r w:rsidR="007905C7">
              <w:rPr>
                <w:b/>
                <w:color w:val="C40000"/>
              </w:rPr>
              <w:t xml:space="preserve"> </w:t>
            </w:r>
            <w:r>
              <w:rPr>
                <w:b/>
                <w:color w:val="C40000"/>
              </w:rPr>
              <w:t>17:00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BF5E1" w14:textId="5AD344E4" w:rsidR="00D90E97" w:rsidRPr="008E2E18" w:rsidRDefault="00D90E97" w:rsidP="007F00FE">
            <w:pPr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Halloweenské tvoření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7" w:space="0" w:color="D9D9D9"/>
              <w:right w:val="nil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4991A" w14:textId="455B3AD9" w:rsidR="00D90E97" w:rsidRDefault="00D90E97" w:rsidP="007F00FE">
            <w:r w:rsidRPr="000E3B5B">
              <w:rPr>
                <w:lang w:val="pl-PL"/>
              </w:rPr>
              <w:t>Tvoření zdarma pro všechny generac</w:t>
            </w:r>
            <w:r>
              <w:rPr>
                <w:lang w:val="pl-PL"/>
              </w:rPr>
              <w:t>e.</w:t>
            </w:r>
          </w:p>
        </w:tc>
      </w:tr>
    </w:tbl>
    <w:p w14:paraId="30F5F66D" w14:textId="3C63B2FB" w:rsidR="00605CAC" w:rsidRDefault="00000000">
      <w:pPr>
        <w:keepNext/>
        <w:pBdr>
          <w:bottom w:val="single" w:sz="12" w:space="4" w:color="C40000"/>
        </w:pBdr>
        <w:spacing w:before="160" w:after="100"/>
      </w:pPr>
      <w:r>
        <w:rPr>
          <w:b/>
          <w:color w:val="C40000"/>
          <w:sz w:val="30"/>
        </w:rPr>
        <w:t>JAK TO FUNGUJE</w:t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605CAC" w:rsidRPr="007905C7" w14:paraId="1D14EBA7" w14:textId="77777777">
        <w:tc>
          <w:tcPr>
            <w:tcW w:w="5185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CEB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66FB8FC2" w14:textId="77777777" w:rsidR="00605CAC" w:rsidRPr="007D5511" w:rsidRDefault="00000000">
            <w:pPr>
              <w:spacing w:after="60"/>
              <w:rPr>
                <w:lang w:val="pl-PL"/>
              </w:rPr>
            </w:pPr>
            <w:r w:rsidRPr="007D5511">
              <w:rPr>
                <w:b/>
                <w:color w:val="9C0000"/>
                <w:sz w:val="17"/>
                <w:lang w:val="pl-PL"/>
              </w:rPr>
              <w:t>VSTUPNÉ</w:t>
            </w:r>
          </w:p>
          <w:p w14:paraId="5BC6EF59" w14:textId="77777777" w:rsidR="00605CAC" w:rsidRPr="007D5511" w:rsidRDefault="00000000">
            <w:pPr>
              <w:spacing w:line="252" w:lineRule="auto"/>
              <w:rPr>
                <w:lang w:val="pl-PL"/>
              </w:rPr>
            </w:pPr>
            <w:r w:rsidRPr="007D5511">
              <w:rPr>
                <w:lang w:val="pl-PL"/>
              </w:rPr>
              <w:t>120 Kč za dospělého. Děti zdarma. U dopoledních programů je v ceně program i herna.</w:t>
            </w:r>
          </w:p>
        </w:tc>
        <w:tc>
          <w:tcPr>
            <w:tcW w:w="5185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CEBE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79D91C6B" w14:textId="77777777" w:rsidR="00605CAC" w:rsidRPr="007D5511" w:rsidRDefault="00000000">
            <w:pPr>
              <w:spacing w:after="60"/>
              <w:rPr>
                <w:lang w:val="pl-PL"/>
              </w:rPr>
            </w:pPr>
            <w:r w:rsidRPr="007D5511">
              <w:rPr>
                <w:b/>
                <w:color w:val="9C0000"/>
                <w:sz w:val="17"/>
                <w:lang w:val="pl-PL"/>
              </w:rPr>
              <w:t>ČLENSTVÍ</w:t>
            </w:r>
          </w:p>
          <w:p w14:paraId="19243513" w14:textId="77777777" w:rsidR="00605CAC" w:rsidRPr="007D5511" w:rsidRDefault="00000000">
            <w:pPr>
              <w:spacing w:line="252" w:lineRule="auto"/>
              <w:rPr>
                <w:lang w:val="pl-PL"/>
              </w:rPr>
            </w:pPr>
            <w:r w:rsidRPr="007D5511">
              <w:rPr>
                <w:lang w:val="pl-PL"/>
              </w:rPr>
              <w:t>1 200 Kč / 6 měsíců. Po dobu členství vstup zdarma na běžné programy bez kurzovného.</w:t>
            </w:r>
          </w:p>
        </w:tc>
      </w:tr>
      <w:tr w:rsidR="00605CAC" w14:paraId="0AC0EA03" w14:textId="77777777">
        <w:tc>
          <w:tcPr>
            <w:tcW w:w="5185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6F6F6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46A11FAA" w14:textId="77777777" w:rsidR="00605CAC" w:rsidRPr="007D5511" w:rsidRDefault="00000000">
            <w:pPr>
              <w:spacing w:after="60"/>
              <w:rPr>
                <w:lang w:val="pl-PL"/>
              </w:rPr>
            </w:pPr>
            <w:r w:rsidRPr="007D5511">
              <w:rPr>
                <w:b/>
                <w:color w:val="9C0000"/>
                <w:sz w:val="17"/>
                <w:lang w:val="pl-PL"/>
              </w:rPr>
              <w:t>KDY SE HLÁSIT PŘEDEM</w:t>
            </w:r>
          </w:p>
          <w:p w14:paraId="2E4886DD" w14:textId="77777777" w:rsidR="00605CAC" w:rsidRPr="007D5511" w:rsidRDefault="00000000">
            <w:pPr>
              <w:spacing w:line="252" w:lineRule="auto"/>
              <w:rPr>
                <w:lang w:val="pl-PL"/>
              </w:rPr>
            </w:pPr>
            <w:r w:rsidRPr="007D5511">
              <w:rPr>
                <w:lang w:val="pl-PL"/>
              </w:rPr>
              <w:t>Na hlídání dětí a placené kurzy: keramiku, angličtinu a šití. Herna a běžné programy jsou bez přihlášení.</w:t>
            </w:r>
          </w:p>
        </w:tc>
        <w:tc>
          <w:tcPr>
            <w:tcW w:w="5185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6F6F6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2F6A986A" w14:textId="77777777" w:rsidR="00605CAC" w:rsidRPr="007D5511" w:rsidRDefault="00000000">
            <w:pPr>
              <w:spacing w:after="60"/>
              <w:rPr>
                <w:lang w:val="pl-PL"/>
              </w:rPr>
            </w:pPr>
            <w:r w:rsidRPr="007D5511">
              <w:rPr>
                <w:b/>
                <w:color w:val="9C0000"/>
                <w:sz w:val="17"/>
                <w:lang w:val="pl-PL"/>
              </w:rPr>
              <w:t>ZAČÁTKY KURZŮ</w:t>
            </w:r>
          </w:p>
          <w:p w14:paraId="2765E2F7" w14:textId="77777777" w:rsidR="00605CAC" w:rsidRDefault="00000000">
            <w:pPr>
              <w:spacing w:line="252" w:lineRule="auto"/>
            </w:pPr>
            <w:r w:rsidRPr="007D5511">
              <w:rPr>
                <w:lang w:val="pl-PL"/>
              </w:rPr>
              <w:t xml:space="preserve">Keramika: PO 21. 9. a ČT 24. 9. • šití: 2. 10. • kurzy angličtiny: 7. 10. • ostatní aktivity: od 1. </w:t>
            </w:r>
            <w:r>
              <w:t>9.</w:t>
            </w:r>
          </w:p>
        </w:tc>
      </w:tr>
    </w:tbl>
    <w:p w14:paraId="25DE251F" w14:textId="77777777" w:rsidR="00605CAC" w:rsidRDefault="00000000">
      <w:pPr>
        <w:keepNext/>
        <w:pBdr>
          <w:bottom w:val="single" w:sz="12" w:space="4" w:color="C40000"/>
        </w:pBdr>
        <w:spacing w:before="160" w:after="100"/>
      </w:pPr>
      <w:r>
        <w:rPr>
          <w:b/>
          <w:color w:val="C40000"/>
          <w:sz w:val="30"/>
        </w:rPr>
        <w:t>PROJEKT PRO ŠKOLNÍ DĚTI</w:t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10370"/>
      </w:tblGrid>
      <w:tr w:rsidR="00605CAC" w:rsidRPr="007905C7" w14:paraId="4701E51B" w14:textId="77777777">
        <w:tc>
          <w:tcPr>
            <w:tcW w:w="10370" w:type="dxa"/>
            <w:tcBorders>
              <w:top w:val="single" w:sz="6" w:space="0" w:color="C40000"/>
              <w:left w:val="single" w:sz="6" w:space="0" w:color="C40000"/>
              <w:bottom w:val="single" w:sz="6" w:space="0" w:color="C40000"/>
              <w:right w:val="single" w:sz="6" w:space="0" w:color="C40000"/>
            </w:tcBorders>
            <w:shd w:val="clear" w:color="auto" w:fill="C40000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5642DA4C" w14:textId="77777777" w:rsidR="00605CAC" w:rsidRPr="007D5511" w:rsidRDefault="00000000">
            <w:pPr>
              <w:spacing w:after="80"/>
              <w:jc w:val="center"/>
              <w:rPr>
                <w:lang w:val="pl-PL"/>
              </w:rPr>
            </w:pPr>
            <w:r w:rsidRPr="007D5511">
              <w:rPr>
                <w:b/>
                <w:color w:val="FFFFFF"/>
                <w:sz w:val="22"/>
                <w:lang w:val="pl-PL"/>
              </w:rPr>
              <w:t>PODPORA RODINNÉHO ŽIVOTA A SLUŽEB NA STRAKONICKU</w:t>
            </w:r>
          </w:p>
          <w:p w14:paraId="5DBD6CC0" w14:textId="77777777" w:rsidR="00605CAC" w:rsidRPr="007D5511" w:rsidRDefault="00000000">
            <w:pPr>
              <w:spacing w:line="252" w:lineRule="auto"/>
              <w:jc w:val="center"/>
              <w:rPr>
                <w:lang w:val="pl-PL"/>
              </w:rPr>
            </w:pPr>
            <w:r w:rsidRPr="007D5511">
              <w:rPr>
                <w:color w:val="FFFFFF"/>
                <w:lang w:val="pl-PL"/>
              </w:rPr>
              <w:t>Bezplatné hlídání školních dětí v dětském komunitním klubu v Berušce 14:00–18:30 • doprovody dětí na kroužky • registrace a informace: www.rcberuska.cz nebo 773 165 696</w:t>
            </w:r>
          </w:p>
        </w:tc>
      </w:tr>
    </w:tbl>
    <w:p w14:paraId="7D3E815D" w14:textId="77777777" w:rsidR="003A1E7D" w:rsidRPr="003A1E7D" w:rsidRDefault="003A1E7D">
      <w:pPr>
        <w:spacing w:before="200" w:after="40"/>
        <w:jc w:val="center"/>
        <w:rPr>
          <w:b/>
          <w:color w:val="138A4B"/>
          <w:sz w:val="2"/>
          <w:szCs w:val="2"/>
          <w:lang w:val="pl-PL"/>
        </w:rPr>
      </w:pPr>
    </w:p>
    <w:p w14:paraId="6113BB0A" w14:textId="3380129D" w:rsidR="003A1E7D" w:rsidRPr="003A1E7D" w:rsidRDefault="003A1E7D" w:rsidP="003A1E7D">
      <w:pPr>
        <w:keepNext/>
        <w:pBdr>
          <w:bottom w:val="single" w:sz="12" w:space="4" w:color="C40000"/>
        </w:pBdr>
        <w:spacing w:before="160" w:after="100"/>
        <w:rPr>
          <w:lang w:val="pl-PL"/>
        </w:rPr>
      </w:pPr>
      <w:r w:rsidRPr="003A1E7D">
        <w:rPr>
          <w:b/>
          <w:color w:val="C40000"/>
          <w:sz w:val="30"/>
          <w:lang w:val="pl-PL"/>
        </w:rPr>
        <w:t>PREZENČNÍ KURZ PRÁCE S UMĚLOU INTELIGENCÍ</w:t>
      </w:r>
    </w:p>
    <w:tbl>
      <w:tblPr>
        <w:tblW w:w="10370" w:type="dxa"/>
        <w:tblLayout w:type="fixed"/>
        <w:tblLook w:val="04A0" w:firstRow="1" w:lastRow="0" w:firstColumn="1" w:lastColumn="0" w:noHBand="0" w:noVBand="1"/>
      </w:tblPr>
      <w:tblGrid>
        <w:gridCol w:w="10370"/>
      </w:tblGrid>
      <w:tr w:rsidR="003A1E7D" w:rsidRPr="007905C7" w14:paraId="42845922" w14:textId="77777777" w:rsidTr="007F00FE">
        <w:tc>
          <w:tcPr>
            <w:tcW w:w="10370" w:type="dxa"/>
            <w:tcBorders>
              <w:top w:val="single" w:sz="6" w:space="0" w:color="C40000"/>
              <w:left w:val="single" w:sz="6" w:space="0" w:color="C40000"/>
              <w:bottom w:val="single" w:sz="6" w:space="0" w:color="C40000"/>
              <w:right w:val="single" w:sz="6" w:space="0" w:color="C40000"/>
            </w:tcBorders>
            <w:shd w:val="clear" w:color="auto" w:fill="C40000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4CFB5343" w14:textId="3A49CD27" w:rsidR="003A1E7D" w:rsidRPr="007D5511" w:rsidRDefault="003A1E7D" w:rsidP="007F00FE">
            <w:pPr>
              <w:spacing w:after="80"/>
              <w:jc w:val="center"/>
              <w:rPr>
                <w:lang w:val="pl-PL"/>
              </w:rPr>
            </w:pPr>
            <w:r w:rsidRPr="003A1E7D">
              <w:rPr>
                <w:noProof/>
                <w:color w:val="FFFFFF"/>
                <w:lang w:val="pl-PL"/>
              </w:rPr>
              <w:drawing>
                <wp:anchor distT="0" distB="0" distL="114300" distR="114300" simplePos="0" relativeHeight="251658240" behindDoc="0" locked="0" layoutInCell="1" allowOverlap="1" wp14:anchorId="32CD2DBD" wp14:editId="53883ABE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32385</wp:posOffset>
                  </wp:positionV>
                  <wp:extent cx="655320" cy="601824"/>
                  <wp:effectExtent l="0" t="0" r="0" b="8255"/>
                  <wp:wrapSquare wrapText="bothSides"/>
                  <wp:docPr id="119213403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1340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601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FFFFFF"/>
                <w:sz w:val="22"/>
                <w:lang w:val="pl-PL"/>
              </w:rPr>
              <w:t>10 DOPOLEDNÍ (8:00 – 13:00) BĚHEM 2 TÝDNŮ OD LISTOPADU V BERUŠCE</w:t>
            </w:r>
          </w:p>
          <w:p w14:paraId="4550C635" w14:textId="77777777" w:rsidR="003A1E7D" w:rsidRDefault="003A1E7D" w:rsidP="007F00FE">
            <w:pPr>
              <w:spacing w:line="252" w:lineRule="auto"/>
              <w:jc w:val="center"/>
              <w:rPr>
                <w:color w:val="FFFFFF"/>
                <w:lang w:val="pl-PL"/>
              </w:rPr>
            </w:pPr>
            <w:r w:rsidRPr="003A1E7D">
              <w:rPr>
                <w:lang w:val="pl-PL"/>
              </w:rPr>
              <w:t> </w:t>
            </w:r>
            <w:r>
              <w:rPr>
                <w:color w:val="FFFFFF"/>
                <w:lang w:val="pl-PL"/>
              </w:rPr>
              <w:t>Kurz je</w:t>
            </w:r>
            <w:r w:rsidRPr="003A1E7D">
              <w:rPr>
                <w:color w:val="FFFFFF"/>
                <w:lang w:val="pl-PL"/>
              </w:rPr>
              <w:t xml:space="preserve"> hlavně </w:t>
            </w:r>
            <w:r>
              <w:rPr>
                <w:color w:val="FFFFFF"/>
                <w:lang w:val="pl-PL"/>
              </w:rPr>
              <w:t xml:space="preserve">pro </w:t>
            </w:r>
            <w:r w:rsidRPr="003A1E7D">
              <w:rPr>
                <w:color w:val="FFFFFF"/>
                <w:lang w:val="pl-PL"/>
              </w:rPr>
              <w:t xml:space="preserve">maminky, které dřív běžně pracovaly a za </w:t>
            </w:r>
            <w:r w:rsidR="00414192">
              <w:rPr>
                <w:color w:val="FFFFFF"/>
                <w:lang w:val="pl-PL"/>
              </w:rPr>
              <w:t>dobu rodičovské</w:t>
            </w:r>
            <w:r w:rsidRPr="003A1E7D">
              <w:rPr>
                <w:color w:val="FFFFFF"/>
                <w:lang w:val="pl-PL"/>
              </w:rPr>
              <w:t xml:space="preserve"> se jim práce s počítačem </w:t>
            </w:r>
            <w:r w:rsidR="00414192">
              <w:rPr>
                <w:color w:val="FFFFFF"/>
                <w:lang w:val="pl-PL"/>
              </w:rPr>
              <w:t>změnila</w:t>
            </w:r>
            <w:r w:rsidRPr="003A1E7D">
              <w:rPr>
                <w:color w:val="FFFFFF"/>
                <w:lang w:val="pl-PL"/>
              </w:rPr>
              <w:t>.</w:t>
            </w:r>
            <w:r w:rsidR="00414192">
              <w:rPr>
                <w:color w:val="FFFFFF"/>
                <w:lang w:val="pl-PL"/>
              </w:rPr>
              <w:t xml:space="preserve"> Kurz je z velké části hrazen Úřadem práce. Více na vykrocim.cz</w:t>
            </w:r>
          </w:p>
          <w:p w14:paraId="60B60901" w14:textId="1B4305E9" w:rsidR="00414192" w:rsidRPr="003A1E7D" w:rsidRDefault="00414192" w:rsidP="007F00FE">
            <w:pPr>
              <w:spacing w:line="252" w:lineRule="auto"/>
              <w:jc w:val="center"/>
              <w:rPr>
                <w:lang w:val="pl-PL"/>
              </w:rPr>
            </w:pPr>
            <w:r>
              <w:rPr>
                <w:color w:val="FFFFFF"/>
                <w:lang w:val="pl-PL"/>
              </w:rPr>
              <w:t xml:space="preserve">Přihlašování od 1.10. přes Úřad práce na </w:t>
            </w:r>
            <w:hyperlink r:id="rId11" w:history="1">
              <w:r w:rsidRPr="00414192">
                <w:rPr>
                  <w:rStyle w:val="Hypertextovodkaz"/>
                  <w:color w:val="FFFFFF" w:themeColor="background1"/>
                  <w:lang w:val="pl-PL"/>
                </w:rPr>
                <w:t>DIGIkurzy | ÚP</w:t>
              </w:r>
            </w:hyperlink>
            <w:r>
              <w:rPr>
                <w:color w:val="FFFFFF" w:themeColor="background1"/>
                <w:lang w:val="pl-PL"/>
              </w:rPr>
              <w:t>.</w:t>
            </w:r>
          </w:p>
        </w:tc>
      </w:tr>
    </w:tbl>
    <w:p w14:paraId="2EBF111B" w14:textId="61F5C2F2" w:rsidR="00605CAC" w:rsidRPr="007D5511" w:rsidRDefault="00000000">
      <w:pPr>
        <w:spacing w:before="200" w:after="40"/>
        <w:jc w:val="center"/>
        <w:rPr>
          <w:lang w:val="pl-PL"/>
        </w:rPr>
      </w:pPr>
      <w:r w:rsidRPr="007D5511">
        <w:rPr>
          <w:b/>
          <w:color w:val="138A4B"/>
          <w:lang w:val="pl-PL"/>
        </w:rPr>
        <w:t>ODPOLEDNÍ KLUB PRO DĚTI 1. A 2. STUPNĚ ZŠ ZDARMA • DOPROVODY NA KROUŽKY • NAROZENINOVÉ OSLAVY</w:t>
      </w:r>
    </w:p>
    <w:p w14:paraId="72FFF98B" w14:textId="0AEA40B8" w:rsidR="00605CAC" w:rsidRDefault="00000000">
      <w:pPr>
        <w:spacing w:line="252" w:lineRule="auto"/>
        <w:jc w:val="center"/>
        <w:rPr>
          <w:b/>
          <w:lang w:val="pl-PL"/>
        </w:rPr>
      </w:pPr>
      <w:r w:rsidRPr="007D5511">
        <w:rPr>
          <w:b/>
          <w:lang w:val="pl-PL"/>
        </w:rPr>
        <w:t>Rodinné centrum Beruška Strakonice • Lidická 194 • info@rcberuska.cz • www.rcberuska.cz • FB RC Beruška Strakonice • tel. 773 165</w:t>
      </w:r>
      <w:r w:rsidR="003A1E7D">
        <w:rPr>
          <w:b/>
          <w:lang w:val="pl-PL"/>
        </w:rPr>
        <w:t> </w:t>
      </w:r>
      <w:r w:rsidRPr="007D5511">
        <w:rPr>
          <w:b/>
          <w:lang w:val="pl-PL"/>
        </w:rPr>
        <w:t>696</w:t>
      </w:r>
    </w:p>
    <w:p w14:paraId="37927AB8" w14:textId="77777777" w:rsidR="003A1E7D" w:rsidRDefault="003A1E7D">
      <w:pPr>
        <w:spacing w:line="252" w:lineRule="auto"/>
        <w:jc w:val="center"/>
        <w:rPr>
          <w:b/>
          <w:lang w:val="pl-PL"/>
        </w:rPr>
      </w:pPr>
    </w:p>
    <w:sectPr w:rsidR="003A1E7D" w:rsidSect="00034616">
      <w:footerReference w:type="default" r:id="rId12"/>
      <w:pgSz w:w="11906" w:h="16838"/>
      <w:pgMar w:top="652" w:right="765" w:bottom="680" w:left="765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EE31B" w14:textId="77777777" w:rsidR="006F728B" w:rsidRDefault="006F728B">
      <w:r>
        <w:separator/>
      </w:r>
    </w:p>
  </w:endnote>
  <w:endnote w:type="continuationSeparator" w:id="0">
    <w:p w14:paraId="440E092C" w14:textId="77777777" w:rsidR="006F728B" w:rsidRDefault="006F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9E06C" w14:textId="79EFFCF2" w:rsidR="00605CAC" w:rsidRPr="007D5511" w:rsidRDefault="00000000">
    <w:pPr>
      <w:pStyle w:val="Zpat"/>
      <w:jc w:val="center"/>
      <w:rPr>
        <w:lang w:val="pl-PL"/>
      </w:rPr>
    </w:pPr>
    <w:r w:rsidRPr="007D5511">
      <w:rPr>
        <w:color w:val="666666"/>
        <w:sz w:val="15"/>
        <w:lang w:val="pl-PL"/>
      </w:rPr>
      <w:t xml:space="preserve">RC Beruška Strakonice • program </w:t>
    </w:r>
    <w:r w:rsidR="00414192">
      <w:rPr>
        <w:color w:val="666666"/>
        <w:sz w:val="15"/>
        <w:lang w:val="pl-PL"/>
      </w:rPr>
      <w:t>říjen</w:t>
    </w:r>
    <w:r w:rsidRPr="007D5511">
      <w:rPr>
        <w:color w:val="666666"/>
        <w:sz w:val="15"/>
        <w:lang w:val="pl-P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D9F0" w14:textId="77777777" w:rsidR="006F728B" w:rsidRDefault="006F728B">
      <w:r>
        <w:separator/>
      </w:r>
    </w:p>
  </w:footnote>
  <w:footnote w:type="continuationSeparator" w:id="0">
    <w:p w14:paraId="01ED09F7" w14:textId="77777777" w:rsidR="006F728B" w:rsidRDefault="006F7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4271298">
    <w:abstractNumId w:val="8"/>
  </w:num>
  <w:num w:numId="2" w16cid:durableId="1770158910">
    <w:abstractNumId w:val="6"/>
  </w:num>
  <w:num w:numId="3" w16cid:durableId="158355749">
    <w:abstractNumId w:val="5"/>
  </w:num>
  <w:num w:numId="4" w16cid:durableId="1063022759">
    <w:abstractNumId w:val="4"/>
  </w:num>
  <w:num w:numId="5" w16cid:durableId="2143421275">
    <w:abstractNumId w:val="7"/>
  </w:num>
  <w:num w:numId="6" w16cid:durableId="2098936059">
    <w:abstractNumId w:val="3"/>
  </w:num>
  <w:num w:numId="7" w16cid:durableId="639770337">
    <w:abstractNumId w:val="2"/>
  </w:num>
  <w:num w:numId="8" w16cid:durableId="967393165">
    <w:abstractNumId w:val="1"/>
  </w:num>
  <w:num w:numId="9" w16cid:durableId="63861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B5B"/>
    <w:rsid w:val="001424F6"/>
    <w:rsid w:val="00147737"/>
    <w:rsid w:val="0015074B"/>
    <w:rsid w:val="001D7411"/>
    <w:rsid w:val="0029639D"/>
    <w:rsid w:val="00326F90"/>
    <w:rsid w:val="003A1E7D"/>
    <w:rsid w:val="00403BAB"/>
    <w:rsid w:val="00414192"/>
    <w:rsid w:val="00605CAC"/>
    <w:rsid w:val="00605F6B"/>
    <w:rsid w:val="006F728B"/>
    <w:rsid w:val="007905C7"/>
    <w:rsid w:val="007D5511"/>
    <w:rsid w:val="008E2E18"/>
    <w:rsid w:val="00AA1D8D"/>
    <w:rsid w:val="00AF780F"/>
    <w:rsid w:val="00B47730"/>
    <w:rsid w:val="00CB0664"/>
    <w:rsid w:val="00CC383A"/>
    <w:rsid w:val="00D90E97"/>
    <w:rsid w:val="00E42FD2"/>
    <w:rsid w:val="00FC693F"/>
    <w:rsid w:val="00FE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08552"/>
  <w14:defaultImageDpi w14:val="300"/>
  <w15:docId w15:val="{55FE4E14-31D3-40B2-ACE2-6667AD94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color w:val="242424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1D741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14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p.gov.cz/digikurz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photobyox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693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RC Beruška – září 2026</vt:lpstr>
      <vt:lpstr/>
    </vt:vector>
  </TitlesOfParts>
  <Manager/>
  <Company/>
  <LinksUpToDate>false</LinksUpToDate>
  <CharactersWithSpaces>4774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RC Beruška – září 2026</dc:title>
  <dc:subject>Pravidelný program a kalendář akcí</dc:subject>
  <dc:creator>Rodinné centrum Beruška Strakonice</dc:creator>
  <cp:keywords/>
  <dc:description>generated by python-docx</dc:description>
  <cp:lastModifiedBy>Petra Staňková</cp:lastModifiedBy>
  <cp:revision>6</cp:revision>
  <dcterms:created xsi:type="dcterms:W3CDTF">2013-12-23T23:15:00Z</dcterms:created>
  <dcterms:modified xsi:type="dcterms:W3CDTF">2026-09-24T10:31:00Z</dcterms:modified>
  <cp:category/>
</cp:coreProperties>
</file>